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Formal notice to pay an invoice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[Full name], auto-entrepreneur</w:t>
        <w:br/>
        <w:t>[Address]  |  NIF [number]  |  Tel. [number]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For the attention of: [company name or name of the client]</w:t>
        <w:br/>
        <w:t>[Client address]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Done at [city], on [date]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Sent by: [registered letter with acknowledgment of receipt no. … / bailiff’s act]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Subject: formal notice to pay invoice no. [number]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Dear Sir or Madam,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On [date], I carried out for you [short description of the assignment], in accordance with [the contract / quote no. … of …]. Invoice no. [number] of [date], for [amount] DZD, was payable on [due date]. To date I have received no payment [or: I have received only [amount] DZD, [amount] DZD remains].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I therefore ask you to pay me [amount] DZD within [8] days of receiving this letter, by [transfer to account … / other means].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Failing payment within that period, [as provided in Article 5 of the contract, late-payment compensation of … will be due, and] I will apply to the competent court for payment of the sum due and compensation for the harm caused by the delay, without further notice.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This letter is a formal notice within the meaning of Articles 179 and 180 of the Algerian Civil Code. All my rights are reserved.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Yours faithfully,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[Signature]</w:t>
        <w:br/>
        <w:t>[Full name]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Enclosures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Copy of invoice no. [number]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Copy of the signed contract or quote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Copy of the delivery or acceptance exchanges for the assignment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Notes for use (delete before sending)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Keep the postal receipt and the acknowledgment of receipt, or the bailiff’s act: that is your proof of the date and content.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 friendly reminder by email before this letter helps but does not replace the formal notice.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The [8]-day period is an example to adapt. If the contract says the due date alone puts the client in default, you can recall it in the letter.</w:t>
      </w:r>
    </w:p>
    <w:p>
      <w:r>
        <w:rPr>
          <w:b w:val="0"/>
          <w:i/>
          <w:color w:val="888888"/>
          <w:sz w:val="17"/>
          <w:rFonts w:ascii="Arial" w:hAnsi="Arial" w:cs="Arial" w:eastAsia="Arial"/>
        </w:rPr>
        <w:t>Template provided by bizalgeria.com for guidance, version of 29 October 2026. It is not legal advice: have a lawyer read it before you use it. Replace everything in square brackets.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