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Quote no. [YYYY-NNN]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[Full name], auto-entrepreneur  |  ANAE card no. [number]  |  NIF [number]</w:t>
        <w:br/>
        <w:t>[Address]  |  [Phone]  |  [Email]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Quote date</w:t>
            </w:r>
          </w:p>
        </w:tc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[date]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Valid until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[date, for example 15 days after sending]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Client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[name or company, address]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Project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[project title]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Breakdown of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3515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Description</w:t>
            </w:r>
          </w:p>
        </w:tc>
        <w:tc>
          <w:tcPr>
            <w:tcW w:type="dxa" w:w="102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Quantity</w:t>
            </w:r>
          </w:p>
        </w:tc>
        <w:tc>
          <w:tcPr>
            <w:tcW w:type="dxa" w:w="102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Unit</w:t>
            </w:r>
          </w:p>
        </w:tc>
        <w:tc>
          <w:tcPr>
            <w:tcW w:type="dxa" w:w="1814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Unit price (DZD)</w:t>
            </w:r>
          </w:p>
        </w:tc>
        <w:tc>
          <w:tcPr>
            <w:tcW w:type="dxa" w:w="1701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Total (DZD)</w:t>
            </w:r>
          </w:p>
        </w:tc>
      </w:tr>
      <w:tr>
        <w:tc>
          <w:tcPr>
            <w:tcW w:type="dxa" w:w="351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[e.g. home page mock-up]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fixed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[amount]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[amount]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[e.g. development]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[number]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hours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[hourly rate]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[amount]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[e.g. corrections beyond 2 rounds]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[number]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hours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[hourly rate]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[amount]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Total (DZD)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[amount]</w:t>
            </w:r>
          </w:p>
        </w:tc>
      </w:tr>
    </w:tbl>
    <w:p/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Total amount: [amount in figures] DZD, that is [amount in words] Algerian dinars. [Tax mention to confirm for your regime.]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Terms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Deposit of [30]% on acceptance of the quote: [amount] DZD. Balance on delivery, invoice payable within [15] days.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Delivery time: [duration] from receipt of the deposit and of the material supplied by the client.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Included: [list]. Not included: [list].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[2] rounds of corrections included. Any further request is covered by a new quote.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Late payment: see the contract or, failing that, [1]% per week, capped at [10]%.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Approval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The client</w:t>
            </w:r>
          </w:p>
        </w:tc>
        <w:tc>
          <w:tcPr>
            <w:tcW w:type="dxa" w:w="4535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The provider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Name: [ ]</w:t>
              <w:br/>
              <w:t>Date: [ ]</w:t>
              <w:br/>
              <w:t>Signature (“approved”):</w:t>
              <w:br/>
              <w:br/>
              <w:br/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Name: [ ]</w:t>
              <w:br/>
              <w:t>Date: [ ]</w:t>
              <w:br/>
              <w:t>Signature:</w:t>
              <w:br/>
              <w:br/>
              <w:br/>
            </w:r>
          </w:p>
        </w:tc>
      </w:tr>
    </w:tbl>
    <w:p/>
    <w:p>
      <w:r>
        <w:rPr>
          <w:b w:val="0"/>
          <w:i/>
          <w:color w:val="888888"/>
          <w:sz w:val="17"/>
          <w:rFonts w:ascii="Arial" w:hAnsi="Arial" w:cs="Arial" w:eastAsia="Arial"/>
        </w:rPr>
        <w:t>Template provided by bizalgeria.com for guidance, version of 29 October 2026. It is not legal advice: have a lawyer read it before you use it. Replace everything in square brackets.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