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Devis n° [AAAA-NNN]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[Nom et prénom], auto-entrepreneur  |  carte ANAE n° [numéro]  |  NIF [numéro]</w:t>
        <w:br/>
        <w:t>[Adresse]  |  [Téléphone]  |  [E-mail]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Date du devis</w:t>
            </w:r>
          </w:p>
        </w:tc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[date]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Valable jusqu’au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[date, par exemple 15 jours après l’envoi]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Client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[nom ou raison sociale, adresse]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Projet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[intitulé du projet]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Détail des prestations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351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Description</w:t>
            </w:r>
          </w:p>
        </w:tc>
        <w:tc>
          <w:tcPr>
            <w:tcW w:type="dxa" w:w="102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Quantité</w:t>
            </w:r>
          </w:p>
        </w:tc>
        <w:tc>
          <w:tcPr>
            <w:tcW w:type="dxa" w:w="102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Unité</w:t>
            </w:r>
          </w:p>
        </w:tc>
        <w:tc>
          <w:tcPr>
            <w:tcW w:type="dxa" w:w="1814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Prix unitaire (DA)</w:t>
            </w:r>
          </w:p>
        </w:tc>
        <w:tc>
          <w:tcPr>
            <w:tcW w:type="dxa" w:w="1701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Total (DA)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[ex. : maquette de la page d’accueil]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forfait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[montant]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[montant]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[ex. : développement]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[nombre]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heures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[taux horaire]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[montant]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[ex. : corrections au-delà de 2 séries]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[nombre]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heures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[taux horaire]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[montant]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Total (DA)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[montant]</w:t>
            </w:r>
          </w:p>
        </w:tc>
      </w:tr>
    </w:tbl>
    <w:p/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Montant total : [montant en chiffres] DA, soit [montant en lettres] dinars algériens. [Mention fiscale à confirmer selon votre régime.]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Conditions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Acompte de [30] % à l’acceptation du devis : [montant] DA. Solde à la livraison, facture payable sous [15] jours.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Délai de livraison : [durée] à compter de la réception de l’acompte et des éléments fournis par le client.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Inclus : [liste]. Non inclus : [liste].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[2] séries de corrections incluses. Toute demande supplémentaire fait l’objet d’un nouveau devis.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Retard de paiement : voir le contrat ou, à défaut, l’indemnité de [1] % par semaine, plafonnée à [10] %.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Bon pour accord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Le client</w:t>
            </w:r>
          </w:p>
        </w:tc>
        <w:tc>
          <w:tcPr>
            <w:tcW w:type="dxa" w:w="45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Le prestataire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Nom : [ ]</w:t>
              <w:br/>
              <w:t>Date : [ ]</w:t>
              <w:br/>
              <w:t>Signature (« bon pour accord ») :</w:t>
              <w:br/>
              <w:br/>
              <w:br/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Nom : [ ]</w:t>
              <w:br/>
              <w:t>Date : [ ]</w:t>
              <w:br/>
              <w:t>Signature :</w:t>
              <w:br/>
              <w:br/>
              <w:br/>
            </w:r>
          </w:p>
        </w:tc>
      </w:tr>
    </w:tbl>
    <w:p/>
    <w:p>
      <w:r>
        <w:rPr>
          <w:b w:val="0"/>
          <w:i/>
          <w:color w:val="888888"/>
          <w:sz w:val="17"/>
          <w:rFonts w:ascii="Arial" w:hAnsi="Arial" w:cs="Arial" w:eastAsia="Arial"/>
        </w:rPr>
        <w:t>Modèle fourni par bizalgeria.com à titre indicatif, version du 29 octobre 2026. Ce n’est pas un conseil juridique : faites-le relire par un avocat avant de l’utiliser. Remplacez tout ce qui est entre crochets.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